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SaaS account executive job description worksheet</w:t>
      </w:r>
    </w:p>
    <w:p>
      <w:pPr>
        <w:pStyle w:val="Subtitle"/>
      </w:pPr>
      <w:r>
        <w:t>Define customer segment, contract measurement, pipeline, technical support, and ownership before opening the role.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https://accountexecutivejobs.com/blog/hiring-salespeople/hire-saas-account-executives</w:t>
        </w:r>
      </w:hyperlink>
    </w:p>
    <w:p>
      <w:pPr>
        <w:pStyle w:val="Heading2"/>
        <w:pageBreakBefore w:val="0"/>
      </w:pPr>
      <w:r>
        <w:t>Customer segment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Evidence or assumption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Buyer and approvers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Evidence or assumption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Territory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Evidence or assumption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Deal-size range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Evidence or assumption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/>
      </w:pPr>
      <w:r>
        <w:t>Contract credit basis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Evidence or assumption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Sales-cycle range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Evidence or assumption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Pipeline source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Evidence or assumption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AE prospecting responsibility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Evidence or assumption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Demo and technical support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Evidence or assumption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/>
      </w:pPr>
      <w:r>
        <w:t>Implementation handoff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Evidence or assumption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Renewal and expansion ownership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Evidence or assumption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Base and OTE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Evidence or assumption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Quota and ramp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Evidence or assumption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hiring-salespeople/hire-saas-account-executiv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SaaS account executive job description worksheet</dc:title>
  <dc:subject>Define customer segment, contract measurement, pipeline, technical support, and ownership before opening the role.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