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Pay Ceiling vs Pay Reliability</w:t>
      </w:r>
    </w:p>
    <w:p>
      <w:pPr>
        <w:pStyle w:val="Subtitle"/>
      </w:pPr>
      <w:r>
        <w:t>Pay ceiling versus pay reliability matrix for high-paying sales jobs including sales manager, sales engineer, enterprise AE, field sales, medical device, and real estate.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https://accountexecutivejobs.com/blog/account-executive-jobs/highest-paying-sales-jobs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Pay ceiling versus pay reliability matrix for high-paying sales jobs including sales manager, sales engineer, enterprise AE, field sales, medical device, and real esta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ghest-paying-sales-jobs-pay-ceiling-reliability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account-executive-jobs/highest-paying-sales-job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 Ceiling vs Pay Reliability</dc:title>
  <dc:subject>Pay ceiling versus pay reliability matrix for high-paying sales jobs including sales manager, sales engineer, enterprise AE, field sales, medical device, and real estate.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