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First-Year Hire Cost vs Replacement Cost</w:t>
      </w:r>
    </w:p>
    <w:p>
      <w:pPr>
        <w:pStyle w:val="Subtitle"/>
      </w:pPr>
      <w:r>
        <w:t>Comparison of first-year account executive hiring cost and incremental sales rep replacement cost.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https://accountexecutivejobs.com/blog/hiring-salespeople/cost-of-hiring-and-replacing-an-account-executive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Comparison of first-year account executive hiring cost and incremental sales rep replacement cos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st-of-hiring-and-replacing-an-account-executive-hire-vs-replacement-cost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hiring-salespeople/cost-of-hiring-and-replacing-an-account-executive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First-Year Hire Cost vs Replacement Cost</dc:title>
  <dc:subject>Comparison of first-year account executive hiring cost and incremental sales rep replacement cost.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