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48840" cy="2969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jobs-logo-primar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296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Where To Post Sales Jobs</w:t>
      </w:r>
    </w:p>
    <w:p>
      <w:pPr>
        <w:pStyle w:val="Subtitle"/>
      </w:pPr>
      <w:r>
        <w:t>Where to post sales jobs by role type including account executive, enterprise AE, SDR, field sales, medical sales, remote sales, and tech sales.</w:t>
      </w:r>
    </w:p>
    <w:p>
      <w:pPr>
        <w:spacing w:after="300"/>
      </w:pPr>
      <w:hyperlink r:id="rId11">
        <w:r>
          <w:rPr>
            <w:color w:val="187BF8"/>
            <w:sz w:val="18"/>
          </w:rPr>
          <w:t>https://accountexecutivejobs.com/blog/sales-recruiting/best-sales-job-boards</w:t>
        </w:r>
      </w:hyperlink>
    </w:p>
    <w:p>
      <w:pPr>
        <w:spacing w:after="280"/>
      </w:pPr>
      <w:r>
        <w:drawing>
          <wp:inline xmlns:a="http://schemas.openxmlformats.org/drawingml/2006/main" xmlns:pic="http://schemas.openxmlformats.org/drawingml/2006/picture">
            <wp:extent cx="6400800" cy="4000500"/>
            <wp:docPr id="2" name="Picture 2" descr="Where to post sales jobs by role type including account executive, enterprise AE, SDR, field sales, medical sales, remote sales, and tech sales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st-sales-job-boards-posting-decision-tree-download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000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Use this reference</w:t>
      </w:r>
    </w:p>
    <w:p>
      <w:r>
        <w:t>Read the full guide for the context behind this visual. The original illustration and its source belong together when you share it.</w:t>
      </w:r>
    </w:p>
    <w:p>
      <w:pPr>
        <w:pStyle w:val="Heading2"/>
      </w:pPr>
      <w:r>
        <w:t>Notes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893" w:right="1080" w:bottom="893" w:left="1080" w:header="720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60646C"/>
        <w:sz w:val="16"/>
      </w:rPr>
      <w:t>Account Executive Jobs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60646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20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0000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</w:pPr>
    <w:rPr>
      <w:rFonts w:asciiTheme="majorHAnsi" w:eastAsiaTheme="majorEastAsia" w:hAnsiTheme="majorHAnsi" w:cstheme="majorBidi" w:ascii="Arial" w:hAnsi="Arial"/>
      <w:i w:val="0"/>
      <w:iCs/>
      <w:color w:val="60646C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accountexecutivejobs.com/blog/sales-recruiting/best-sales-job-boards" TargetMode="External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Where To Post Sales Jobs</dc:title>
  <dc:subject>Where to post sales jobs by role type including account executive, enterprise AE, SDR, field sales, medical sales, remote sales, and tech sales.</dc:subject>
  <dc:creator>Account Executive Jobs</dc:creator>
  <cp:keywords/>
  <dc:description>generated by python-docx</dc:description>
  <cp:lastModifiedBy>Account Executive Jobs</cp:lastModifiedBy>
  <cp:revision>1</cp:revision>
  <dcterms:created xsi:type="dcterms:W3CDTF">2026-09-30T00:00:00Z</dcterms:created>
  <dcterms:modified xsi:type="dcterms:W3CDTF">2026-09-30T00:00:00Z</dcterms:modified>
  <cp:category/>
</cp:coreProperties>
</file>