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Account executive job description template</w:t>
      </w:r>
    </w:p>
    <w:p>
      <w:pPr>
        <w:pStyle w:val="Subtitle"/>
      </w:pPr>
      <w:r>
        <w:t>Edit the responsibilities, requirements, compensation, and application steps in your own document.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https://accountexecutivejobs.com/blog/hiring-salespeople/account-executive-job-description</w:t>
        </w:r>
      </w:hyperlink>
    </w:p>
    <w:p>
      <w:pPr>
        <w:pStyle w:val="Heading1"/>
        <w:pageBreakBefore w:val="0"/>
      </w:pPr>
      <w:r>
        <w:t>How to use this template</w:t>
      </w:r>
    </w:p>
    <w:p>
      <w:pPr>
        <w:pageBreakBefore w:val="0"/>
      </w:pPr>
      <w:r>
        <w:t>Replace every bracketed field with an approved answer. Delete requirements that do not reflect the actual work. Confirm pay, quota, territory, and application steps before publishing.</w:t>
      </w:r>
    </w:p>
    <w:p>
      <w:pPr>
        <w:pStyle w:val="Heading1"/>
        <w:pageBreakBefore w:val="0"/>
      </w:pPr>
      <w:r>
        <w:t>Job description</w:t>
      </w:r>
    </w:p>
    <w:p>
      <w:pPr>
        <w:pageBreakBefore w:val="0"/>
      </w:pPr>
      <w:r>
        <w:t>Account Executive: [segment / industry]</w:t>
      </w:r>
    </w:p>
    <w:p>
      <w:pPr>
        <w:pageBreakBefore w:val="0"/>
      </w:pPr>
      <w:r>
        <w:t>[Company] | [eligible location] | [remote / hybrid / on-site]</w:t>
      </w:r>
    </w:p>
    <w:p>
      <w:pPr>
        <w:pStyle w:val="Heading2"/>
        <w:pageBreakBefore w:val="0"/>
      </w:pPr>
      <w:r>
        <w:t>About the role</w:t>
      </w:r>
    </w:p>
    <w:p>
      <w:pPr>
        <w:pageBreakBefore w:val="0"/>
      </w:pPr>
      <w:r>
        <w:t>You will sell [product / service] to [buyer and customer segment].</w:t>
      </w:r>
    </w:p>
    <w:p>
      <w:pPr>
        <w:pageBreakBefore w:val="0"/>
      </w:pPr>
      <w:r>
        <w:t>You will own [new business / expansion / full sales cycle].</w:t>
      </w:r>
    </w:p>
    <w:p>
      <w:pPr>
        <w:pageBreakBefore w:val="0"/>
      </w:pPr>
      <w:r>
        <w:t>Your territory is [named accounts / geography / segment].</w:t>
      </w:r>
    </w:p>
    <w:p>
      <w:pPr>
        <w:pageBreakBefore w:val="0"/>
      </w:pPr>
      <w:r>
        <w:t>Typical deal size is [range and measurement basis].</w:t>
      </w:r>
    </w:p>
    <w:p>
      <w:pPr>
        <w:pageBreakBefore w:val="0"/>
      </w:pPr>
      <w:r>
        <w:t>Typical sales cycle is [range based on recent deals].</w:t>
      </w:r>
    </w:p>
    <w:p>
      <w:pPr>
        <w:pageBreakBefore w:val="0"/>
      </w:pPr>
      <w:r>
        <w:t>Pipeline comes from [inbound / SDRs / partners / self-sourcing].</w:t>
      </w:r>
    </w:p>
    <w:p>
      <w:pPr>
        <w:pageBreakBefore w:val="0"/>
      </w:pPr>
      <w:r>
        <w:t>You will report to [manager role] and work with [support teams].</w:t>
      </w:r>
    </w:p>
    <w:p>
      <w:pPr>
        <w:pStyle w:val="Heading2"/>
        <w:pageBreakBefore w:val="0"/>
      </w:pPr>
      <w:r>
        <w:t>Responsibilities</w:t>
      </w:r>
    </w:p>
    <w:p>
      <w:pPr>
        <w:pageBreakBefore w:val="0"/>
      </w:pPr>
      <w:r>
        <w:t>- Build and qualify pipeline within the assigned territory.</w:t>
      </w:r>
    </w:p>
    <w:p>
      <w:pPr>
        <w:pageBreakBefore w:val="0"/>
      </w:pPr>
      <w:r>
        <w:t>- Run discovery to understand the buyer's problem and decision process.</w:t>
      </w:r>
    </w:p>
    <w:p>
      <w:pPr>
        <w:pageBreakBefore w:val="0"/>
      </w:pPr>
      <w:r>
        <w:t>- Coordinate demos and specialist support when needed.</w:t>
      </w:r>
    </w:p>
    <w:p>
      <w:pPr>
        <w:pageBreakBefore w:val="0"/>
      </w:pPr>
      <w:r>
        <w:t>- Manage opportunities, next steps, and forecasts in [CRM].</w:t>
      </w:r>
    </w:p>
    <w:p>
      <w:pPr>
        <w:pageBreakBefore w:val="0"/>
      </w:pPr>
      <w:r>
        <w:t>- Negotiate within approved commercial terms and close business.</w:t>
      </w:r>
    </w:p>
    <w:p>
      <w:pPr>
        <w:pageBreakBefore w:val="0"/>
      </w:pPr>
      <w:r>
        <w:t>- Hand off customers to [implementation / customer success owner].</w:t>
      </w:r>
    </w:p>
    <w:p>
      <w:pPr>
        <w:pStyle w:val="Heading2"/>
        <w:pageBreakBefore/>
      </w:pPr>
      <w:r>
        <w:t>Requirements</w:t>
      </w:r>
    </w:p>
    <w:p>
      <w:pPr>
        <w:pageBreakBefore w:val="0"/>
      </w:pPr>
      <w:r>
        <w:t>- Experience selling to [relevant buyer / customer segment].</w:t>
      </w:r>
    </w:p>
    <w:p>
      <w:pPr>
        <w:pageBreakBefore w:val="0"/>
      </w:pPr>
      <w:r>
        <w:t>- Examples of owning [specific stages] in a comparable sales process.</w:t>
      </w:r>
    </w:p>
    <w:p>
      <w:pPr>
        <w:pageBreakBefore w:val="0"/>
      </w:pPr>
      <w:r>
        <w:t>- Ability to explain results with quota, period, and territory context.</w:t>
      </w:r>
    </w:p>
    <w:p>
      <w:pPr>
        <w:pageBreakBefore w:val="0"/>
      </w:pPr>
      <w:r>
        <w:t>- Clear written follow-up and disciplined opportunity management.</w:t>
      </w:r>
    </w:p>
    <w:p>
      <w:pPr>
        <w:pageBreakBefore w:val="0"/>
      </w:pPr>
      <w:r>
        <w:t>- [Only additional requirements essential to this role.]</w:t>
      </w:r>
    </w:p>
    <w:p>
      <w:pPr>
        <w:pStyle w:val="Heading2"/>
        <w:pageBreakBefore w:val="0"/>
      </w:pPr>
      <w:r>
        <w:t>Compensation</w:t>
      </w:r>
    </w:p>
    <w:p>
      <w:pPr>
        <w:pageBreakBefore w:val="0"/>
      </w:pPr>
      <w:r>
        <w:t>Base salary: [approved range and currency].</w:t>
      </w:r>
    </w:p>
    <w:p>
      <w:pPr>
        <w:pageBreakBefore w:val="0"/>
      </w:pPr>
      <w:r>
        <w:t>On-target earnings: [approved range and currency].</w:t>
      </w:r>
    </w:p>
    <w:p>
      <w:pPr>
        <w:pageBreakBefore w:val="0"/>
      </w:pPr>
      <w:r>
        <w:t>Variable pay: [target amount, measure, and payment timing].</w:t>
      </w:r>
    </w:p>
    <w:p>
      <w:pPr>
        <w:pStyle w:val="Heading2"/>
        <w:pageBreakBefore w:val="0"/>
      </w:pPr>
      <w:r>
        <w:t>Targets and support</w:t>
      </w:r>
    </w:p>
    <w:p>
      <w:pPr>
        <w:pageBreakBefore w:val="0"/>
      </w:pPr>
      <w:r>
        <w:t>Full-ramp quota: [amount, period, and bookings / revenue basis].</w:t>
      </w:r>
    </w:p>
    <w:p>
      <w:pPr>
        <w:pageBreakBefore w:val="0"/>
      </w:pPr>
      <w:r>
        <w:t>Ramp: [learning milestones, reduced targets, and manager support].</w:t>
      </w:r>
    </w:p>
    <w:p>
      <w:pPr>
        <w:pageBreakBefore w:val="0"/>
      </w:pPr>
      <w:r>
        <w:t>Resources: [SDR, marketing, solutions engineering, and enablement].</w:t>
      </w:r>
    </w:p>
    <w:p>
      <w:pPr>
        <w:pStyle w:val="Heading2"/>
        <w:pageBreakBefore w:val="0"/>
      </w:pPr>
      <w:r>
        <w:t>Benefits and working hours</w:t>
      </w:r>
    </w:p>
    <w:p>
      <w:pPr>
        <w:pageBreakBefore w:val="0"/>
      </w:pPr>
      <w:r>
        <w:t>Benefits: [approved benefits summary].</w:t>
      </w:r>
    </w:p>
    <w:p>
      <w:pPr>
        <w:pageBreakBefore w:val="0"/>
      </w:pPr>
      <w:r>
        <w:t>Travel / working hours: [actual requirements].</w:t>
      </w:r>
    </w:p>
    <w:p>
      <w:pPr>
        <w:pStyle w:val="Heading2"/>
        <w:pageBreakBefore w:val="0"/>
      </w:pPr>
      <w:r>
        <w:t>How to apply</w:t>
      </w:r>
    </w:p>
    <w:p>
      <w:pPr>
        <w:pageBreakBefore w:val="0"/>
      </w:pPr>
      <w:r>
        <w:t>Apply at [application link] with [requested materials].</w:t>
      </w:r>
    </w:p>
    <w:p>
      <w:pPr>
        <w:pageBreakBefore w:val="0"/>
      </w:pPr>
      <w:r>
        <w:t>Interview process: [stages, exercise scope, and expected timing].</w:t>
      </w:r>
    </w:p>
    <w:p>
      <w:pPr>
        <w:pageBreakBefore w:val="0"/>
      </w:pPr>
      <w:r>
        <w:t>For application support, contact [approved support route].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account-executive-job-de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executive job description template</dc:title>
  <dc:subject>Edit the responsibilities, requirements, compensation, and application steps in your own document.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